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Hay multitud de imágenes en mis ojos</w:t>
      </w:r>
    </w:p>
    <w:p>
      <w:pPr>
        <w:spacing w:after="0" w:line="240" w:lineRule="auto"/>
      </w:pPr>
      <w:r>
        <w:t>multitud saturada</w:t>
      </w:r>
    </w:p>
    <w:p>
      <w:pPr>
        <w:spacing w:after="0" w:line="240" w:lineRule="auto"/>
      </w:pPr>
      <w:r>
        <w:t>girante</w:t>
      </w:r>
    </w:p>
    <w:p>
      <w:pPr>
        <w:spacing w:after="0" w:line="240" w:lineRule="auto"/>
      </w:pPr>
      <w:r>
        <w:t>torbellino que da la Unidad;</w:t>
      </w:r>
    </w:p>
    <w:p>
      <w:pPr>
        <w:spacing w:after="0" w:line="240" w:lineRule="auto"/>
      </w:pPr>
      <w:r>
        <w:t>soledad</w:t>
      </w:r>
    </w:p>
    <w:p>
      <w:pPr>
        <w:spacing w:after="0" w:line="240" w:lineRule="auto"/>
      </w:pPr>
      <w:r>
        <w:t>que es vacío.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Mis ojos están vacíos.</w:t>
      </w:r>
    </w:p>
    <w:p>
      <w:pPr>
        <w:spacing w:after="0" w:line="240" w:lineRule="auto"/>
      </w:pPr>
      <w:r>
        <w:t>Ha entrado demasiado en ellos;</w:t>
      </w:r>
    </w:p>
    <w:p>
      <w:pPr>
        <w:spacing w:after="0" w:line="240" w:lineRule="auto"/>
      </w:pPr>
      <w:r>
        <w:t>el tiempo perpendicular,</w:t>
      </w:r>
    </w:p>
    <w:p>
      <w:pPr>
        <w:spacing w:after="0" w:line="240" w:lineRule="auto"/>
      </w:pPr>
      <w:r>
        <w:t>las caras y soles cortados,</w:t>
      </w:r>
    </w:p>
    <w:p>
      <w:pPr>
        <w:spacing w:after="0" w:line="240" w:lineRule="auto"/>
      </w:pPr>
      <w:r>
        <w:t>los inválidos.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Multitudes celestes,</w:t>
      </w:r>
    </w:p>
    <w:p>
      <w:pPr>
        <w:spacing w:after="0" w:line="240" w:lineRule="auto"/>
      </w:pPr>
      <w:r>
        <w:t>Angustias nocturnas en parques lejanos.</w:t>
      </w:r>
    </w:p>
    <w:p>
      <w:pPr>
        <w:spacing w:after="0" w:line="240" w:lineRule="auto"/>
      </w:pPr>
      <w:r>
        <w:t>Bosquejos inmensos</w:t>
      </w:r>
    </w:p>
    <w:p>
      <w:pPr>
        <w:spacing w:after="0" w:line="240" w:lineRule="auto"/>
      </w:pPr>
      <w:r>
        <w:t>de todos mis mundos</w:t>
      </w:r>
    </w:p>
    <w:p>
      <w:pPr>
        <w:spacing w:after="0" w:line="240" w:lineRule="auto"/>
      </w:pPr>
      <w:r>
        <w:t>milimetrados</w:t>
      </w:r>
    </w:p>
    <w:p>
      <w:pPr>
        <w:spacing w:after="0" w:line="240" w:lineRule="auto"/>
      </w:pPr>
      <w:r>
        <w:t>cualificados hasta el delirio.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Cuando mi mirar se retrovierte</w:t>
      </w:r>
    </w:p>
    <w:p>
      <w:pPr>
        <w:spacing w:after="0" w:line="240" w:lineRule="auto"/>
      </w:pPr>
      <w:r>
        <w:t>yo sé que adentro mío hay alguien</w:t>
      </w:r>
    </w:p>
    <w:p>
      <w:pPr>
        <w:spacing w:after="0" w:line="240" w:lineRule="auto"/>
      </w:pPr>
      <w:r>
        <w:t>que en su carrera desesperada</w:t>
      </w:r>
    </w:p>
    <w:p>
      <w:pPr>
        <w:spacing w:after="0" w:line="240" w:lineRule="auto"/>
      </w:pPr>
      <w:r>
        <w:t>se confunde, se enreda y se cae</w:t>
      </w:r>
    </w:p>
    <w:p>
      <w:pPr>
        <w:spacing w:after="0" w:line="240" w:lineRule="auto"/>
      </w:pPr>
      <w:r>
        <w:t>entre las ideas de muchos siglos.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Mis ojos</w:t>
      </w:r>
    </w:p>
    <w:p>
      <w:pPr>
        <w:spacing w:after="0" w:line="240" w:lineRule="auto"/>
      </w:pPr>
      <w:r>
        <w:t>persiguen las lejanías.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Cielos coloreados (violáceos)</w:t>
      </w:r>
    </w:p>
    <w:p>
      <w:pPr>
        <w:spacing w:after="0" w:line="240" w:lineRule="auto"/>
      </w:pPr>
      <w:r>
        <w:t>Filas de árboles, con sombras alargadas.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Afuera. Afuera;</w:t>
      </w:r>
    </w:p>
    <w:p>
      <w:pPr>
        <w:spacing w:after="0" w:line="240" w:lineRule="auto"/>
      </w:pPr>
      <w:r>
        <w:t>el infinito incesante</w:t>
      </w:r>
    </w:p>
    <w:p>
      <w:pPr>
        <w:spacing w:after="0" w:line="240" w:lineRule="auto"/>
      </w:pPr>
      <w:r>
        <w:t>y otros ojos</w:t>
      </w:r>
    </w:p>
    <w:p>
      <w:pPr>
        <w:spacing w:after="0" w:line="240" w:lineRule="auto"/>
      </w:pPr>
      <w:r>
        <w:t>que se reflejan en los míos</w:t>
      </w:r>
    </w:p>
    <w:p>
      <w:pPr>
        <w:spacing w:after="0" w:line="240" w:lineRule="auto"/>
      </w:pPr>
      <w:r>
        <w:t>ésos que ya hace mucho estoy buscando</w:t>
      </w:r>
    </w:p>
    <w:p>
      <w:pPr>
        <w:spacing w:after="0" w:line="240" w:lineRule="auto"/>
      </w:pPr>
      <w:r>
        <w:t>ésos que creo que estoy encontrando.</w:t>
      </w:r>
    </w:p>
    <w:p>
      <w:pPr>
        <w:spacing w:before="360"/>
        <w:jc w:val="right"/>
      </w:pPr>
      <w:r>
        <w:t>26-IX-1965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