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Y ya soy un recuerdo.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Regreso a ti</w:t>
      </w:r>
    </w:p>
    <w:p>
      <w:pPr>
        <w:spacing w:after="0" w:line="240" w:lineRule="auto"/>
      </w:pPr>
      <w:r>
        <w:t>con una canción</w:t>
      </w:r>
    </w:p>
    <w:p>
      <w:pPr>
        <w:spacing w:after="0" w:line="240" w:lineRule="auto"/>
      </w:pPr>
      <w:r>
        <w:t>con una palabra</w:t>
      </w:r>
    </w:p>
    <w:p>
      <w:pPr>
        <w:spacing w:after="0" w:line="240" w:lineRule="auto"/>
      </w:pPr>
      <w:r>
        <w:t>y quizás con un beso.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No quiero que me recuerdes.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Yo fui tuyo</w:t>
      </w:r>
    </w:p>
    <w:p>
      <w:pPr>
        <w:spacing w:after="0" w:line="240" w:lineRule="auto"/>
      </w:pPr>
      <w:r>
        <w:t>y te sentí mía.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Hay otros labios que buscan los míos</w:t>
      </w:r>
    </w:p>
    <w:p>
      <w:pPr>
        <w:spacing w:after="0" w:line="240" w:lineRule="auto"/>
      </w:pPr>
      <w:r>
        <w:t>labios que se quieren parecer a los tuyos</w:t>
      </w:r>
    </w:p>
    <w:p>
      <w:pPr>
        <w:spacing w:after="0" w:line="240" w:lineRule="auto"/>
      </w:pPr>
      <w:r>
        <w:t>y los labios de la muerte</w:t>
      </w:r>
    </w:p>
    <w:p>
      <w:pPr>
        <w:spacing w:after="0" w:line="240" w:lineRule="auto"/>
      </w:pPr>
      <w:r>
        <w:t>que no dejan de besarme nunca.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No me recuerdas</w:t>
      </w:r>
    </w:p>
    <w:p>
      <w:pPr>
        <w:spacing w:after="0" w:line="240" w:lineRule="auto"/>
      </w:pPr>
      <w:r>
        <w:t>porque ya no soy el mismo</w:t>
      </w:r>
    </w:p>
    <w:p>
      <w:pPr>
        <w:spacing w:after="0" w:line="240" w:lineRule="auto"/>
      </w:pPr>
      <w:r>
        <w:t>porque acaricio la noche</w:t>
      </w:r>
    </w:p>
    <w:p>
      <w:pPr>
        <w:spacing w:after="0" w:line="240" w:lineRule="auto"/>
      </w:pPr>
      <w:r>
        <w:t>como se acaricia a un niño.</w:t>
      </w:r>
    </w:p>
    <w:p>
      <w:pPr>
        <w:spacing w:before="360"/>
        <w:jc w:val="right"/>
      </w:pPr>
      <w:r>
        <w:t>29-XII-64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