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DEL KOSMOS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La angustia</w:t>
      </w:r>
    </w:p>
    <w:p>
      <w:pPr>
        <w:spacing w:after="0" w:line="240" w:lineRule="auto"/>
      </w:pPr>
      <w:r>
        <w:t>que nocturna me invade</w:t>
      </w:r>
    </w:p>
    <w:p>
      <w:pPr>
        <w:spacing w:after="0" w:line="240" w:lineRule="auto"/>
      </w:pPr>
      <w:r>
        <w:t>es del Kosmos.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 pienso que vuelvo</w:t>
      </w:r>
    </w:p>
    <w:p>
      <w:pPr>
        <w:spacing w:after="0" w:line="240" w:lineRule="auto"/>
      </w:pPr>
      <w:r>
        <w:t>a combinar letra a letra</w:t>
      </w:r>
    </w:p>
    <w:p>
      <w:pPr>
        <w:spacing w:after="0" w:line="240" w:lineRule="auto"/>
      </w:pPr>
      <w:r>
        <w:t>estos mismos versos</w:t>
      </w:r>
    </w:p>
    <w:p>
      <w:pPr>
        <w:spacing w:after="0" w:line="240" w:lineRule="auto"/>
      </w:pPr>
      <w:r>
        <w:t>en otro infinito.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imagen</w:t>
      </w:r>
    </w:p>
    <w:p>
      <w:pPr>
        <w:spacing w:after="0" w:line="240" w:lineRule="auto"/>
      </w:pPr>
      <w:r>
        <w:t>irá por los años</w:t>
      </w:r>
    </w:p>
    <w:p>
      <w:pPr>
        <w:spacing w:after="0" w:line="240" w:lineRule="auto"/>
      </w:pPr>
      <w:r>
        <w:t>de memoria en memoria</w:t>
      </w:r>
    </w:p>
    <w:p>
      <w:pPr>
        <w:spacing w:after="0" w:line="240" w:lineRule="auto"/>
      </w:pPr>
      <w:r>
        <w:t>y un día llegará a la última</w:t>
      </w:r>
    </w:p>
    <w:p>
      <w:pPr>
        <w:spacing w:after="0" w:line="240" w:lineRule="auto"/>
      </w:pPr>
      <w:r>
        <w:t>y junto con ella</w:t>
      </w:r>
    </w:p>
    <w:p>
      <w:pPr>
        <w:spacing w:after="0" w:line="240" w:lineRule="auto"/>
      </w:pPr>
      <w:r>
        <w:t>yo moriré.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Hoy</w:t>
      </w:r>
    </w:p>
    <w:p>
      <w:pPr>
        <w:spacing w:after="0" w:line="240" w:lineRule="auto"/>
      </w:pPr>
      <w:r>
        <w:t>abril de 1965</w:t>
      </w:r>
    </w:p>
    <w:p>
      <w:pPr>
        <w:spacing w:after="0" w:line="240" w:lineRule="auto"/>
      </w:pPr>
      <w:r>
        <w:t>comenzó el viaje.</w:t>
      </w:r>
    </w:p>
    <w:p>
      <w:pPr>
        <w:spacing w:after="0" w:line="240" w:lineRule="auto"/>
      </w:pPr>
      <w:r>
        <w:t>Mi imagen</w:t>
      </w:r>
    </w:p>
    <w:p>
      <w:pPr>
        <w:spacing w:after="0" w:line="240" w:lineRule="auto"/>
      </w:pPr>
      <w:r>
        <w:t>que hoy el sol reflejó</w:t>
      </w:r>
    </w:p>
    <w:p>
      <w:pPr>
        <w:spacing w:after="0" w:line="240" w:lineRule="auto"/>
      </w:pPr>
      <w:r>
        <w:t>ya está viajando.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Me verán en otras galaxias</w:t>
      </w:r>
    </w:p>
    <w:p>
      <w:pPr>
        <w:spacing w:after="0" w:line="240" w:lineRule="auto"/>
      </w:pPr>
      <w:r>
        <w:t>y les diré que no me detengan.</w:t>
      </w:r>
    </w:p>
    <w:p>
      <w:pPr>
        <w:spacing w:after="0" w:line="240" w:lineRule="auto"/>
      </w:pPr>
      <w:r>
        <w:t>El viaje es largo.</w:t>
      </w:r>
    </w:p>
    <w:p>
      <w:pPr>
        <w:spacing w:after="0" w:line="240" w:lineRule="auto"/>
      </w:pPr>
      <w:r>
        <w:t>Es la eternidad.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frente marcada</w:t>
      </w:r>
    </w:p>
    <w:p>
      <w:pPr>
        <w:spacing w:after="0" w:line="240" w:lineRule="auto"/>
      </w:pPr>
      <w:r>
        <w:t>mis ojos cansados</w:t>
      </w:r>
    </w:p>
    <w:p>
      <w:pPr>
        <w:spacing w:after="0" w:line="240" w:lineRule="auto"/>
      </w:pPr>
      <w:r>
        <w:t>ya nunca se detendrán.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ser se rebela</w:t>
      </w:r>
    </w:p>
    <w:p>
      <w:pPr>
        <w:spacing w:after="0" w:line="240" w:lineRule="auto"/>
      </w:pPr>
      <w:r>
        <w:t>y quiere “llegar”.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Todos los días</w:t>
      </w:r>
    </w:p>
    <w:p>
      <w:pPr>
        <w:spacing w:after="0" w:line="240" w:lineRule="auto"/>
      </w:pPr>
      <w:r>
        <w:t>una imagen mía</w:t>
      </w:r>
    </w:p>
    <w:p>
      <w:pPr>
        <w:spacing w:after="0" w:line="240" w:lineRule="auto"/>
      </w:pPr>
      <w:r>
        <w:t>emprende el viaje.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Llegará el momento</w:t>
      </w:r>
    </w:p>
    <w:p>
      <w:pPr>
        <w:spacing w:after="0" w:line="240" w:lineRule="auto"/>
      </w:pPr>
      <w:r>
        <w:t>que en el Kosmos se hallará</w:t>
      </w:r>
    </w:p>
    <w:p>
      <w:pPr>
        <w:spacing w:after="0" w:line="240" w:lineRule="auto"/>
      </w:pPr>
      <w:r>
        <w:t>mi risa y mi llanto</w:t>
      </w:r>
    </w:p>
    <w:p>
      <w:pPr>
        <w:spacing w:after="0" w:line="240" w:lineRule="auto"/>
      </w:pPr>
      <w:r>
        <w:t>mi amor y mi angustia.</w:t>
      </w:r>
    </w:p>
    <w:p>
      <w:pPr>
        <w:spacing w:before="360"/>
        <w:jc w:val="right"/>
      </w:pPr>
      <w:r>
        <w:t>abril 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