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1) ¿Quién soy yo?</w:t>
      </w:r>
    </w:p>
    <w:p>
      <w:pPr>
        <w:spacing w:after="0" w:line="240" w:lineRule="auto"/>
      </w:pPr>
      <w:r>
        <w:t>2) ¿Qué quiero ser yo?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1) a) Yo soy con respecto a mí mismo: conforme</w:t>
      </w:r>
    </w:p>
    <w:p>
      <w:pPr>
        <w:spacing w:after="0" w:line="240" w:lineRule="auto"/>
      </w:pPr>
      <w:r>
        <w:t>b) “ ” “ ” los demás hombres: admirado</w:t>
      </w:r>
    </w:p>
    <w:p>
      <w:pPr>
        <w:spacing w:after="0" w:line="240" w:lineRule="auto"/>
      </w:pPr>
      <w:r>
        <w:t>c) “ ” “ ” al universo: solo comprenderlo.</w:t>
      </w:r>
    </w:p>
    <w:p>
      <w:pPr>
        <w:spacing w:after="0" w:line="240" w:lineRule="auto"/>
      </w:pPr>
      <w:r>
        <w:t>d) “ ” “ ” a una persona (mujer): querido, necesitado, admirado.</w:t>
      </w:r>
    </w:p>
    <w:p>
      <w:pPr>
        <w:spacing w:after="0" w:line="240" w:lineRule="auto"/>
      </w:pPr>
      <w:r>
        <w:t>¿O yo quererla?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2)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No hay nada idéntico 1=1</w:t>
      </w:r>
    </w:p>
    <w:p>
      <w:pPr>
        <w:spacing w:after="0" w:line="240" w:lineRule="auto"/>
      </w:pPr>
      <w:r>
        <w:t>Destino (un algo en el avance humano)</w:t>
      </w:r>
    </w:p>
    <w:p>
      <w:pPr>
        <w:spacing w:after="0" w:line="240" w:lineRule="auto"/>
      </w:pPr>
      <w:r>
        <w:t>Sueño que me abren el tórax y no hay nada.</w:t>
      </w:r>
    </w:p>
    <w:p>
      <w:pPr>
        <w:spacing w:after="0" w:line="240" w:lineRule="auto"/>
      </w:pPr>
      <w:r>
        <w:t>Morir no basta: hay que morir a tiempo.</w:t>
      </w:r>
    </w:p>
    <w:p>
      <w:pPr>
        <w:spacing w:after="0" w:line="240" w:lineRule="auto"/>
      </w:pPr>
      <w:r>
        <w:t>(Sartre; Las Palabras pág. 66)</w:t>
      </w:r>
    </w:p>
    <w:p>
      <w:pPr>
        <w:spacing w:after="0" w:line="240" w:lineRule="auto"/>
      </w:pPr>
      <w:r>
        <w:t>palabra simbolizado-irrealidad</w:t>
      </w:r>
    </w:p>
    <w:p>
      <w:pPr>
        <w:spacing w:after="0" w:line="240" w:lineRule="auto"/>
      </w:pPr>
      <w:r>
        <w:t>Mundo → mente → símbolo (deformación)</w:t>
      </w:r>
    </w:p>
    <w:p>
      <w:pPr>
        <w:spacing w:after="0" w:line="240" w:lineRule="auto"/>
      </w:pPr>
      <w:r>
        <w:t>Temo el método</w:t>
      </w:r>
    </w:p>
    <w:p>
      <w:pPr>
        <w:spacing w:after="0" w:line="240" w:lineRule="auto"/>
      </w:pPr>
      <w:r>
        <w:t>Temo metodizarme</w:t>
      </w:r>
    </w:p>
    <w:p>
      <w:pPr>
        <w:spacing w:after="0" w:line="240" w:lineRule="auto"/>
      </w:pPr>
      <w:r>
        <w:t>Temo la rutina</w:t>
      </w:r>
    </w:p>
    <w:p>
      <w:pPr>
        <w:spacing w:after="0" w:line="240" w:lineRule="auto"/>
      </w:pPr>
      <w:r>
        <w:t>Temo morir como fin</w:t>
      </w:r>
    </w:p>
    <w:p>
      <w:pPr>
        <w:spacing w:after="0" w:line="240" w:lineRule="auto"/>
      </w:pPr>
      <w:r>
        <w:t>Temo el gris</w:t>
      </w:r>
    </w:p>
    <w:p>
      <w:pPr>
        <w:spacing w:after="0" w:line="240" w:lineRule="auto"/>
      </w:pPr>
      <w:r>
        <w:t>No soporto mi soledad</w:t>
      </w:r>
    </w:p>
    <w:p>
      <w:pPr>
        <w:spacing w:after="0" w:line="240" w:lineRule="auto"/>
      </w:pPr>
      <w:r>
        <w:t>es un símbolo de neurosis</w:t>
      </w:r>
    </w:p>
    <w:p>
      <w:pPr>
        <w:spacing w:after="0" w:line="240" w:lineRule="auto"/>
      </w:pPr>
      <w:r>
        <w:t>soy anormal</w:t>
      </w:r>
    </w:p>
    <w:p>
      <w:pPr>
        <w:spacing w:after="0" w:line="240" w:lineRule="auto"/>
      </w:pPr>
      <w:r>
        <w:t>¿qué es normal?</w:t>
      </w:r>
    </w:p>
    <w:p>
      <w:pPr>
        <w:spacing w:after="0" w:line="240" w:lineRule="auto"/>
      </w:pPr>
      <w:r>
        <w:t>Ja, Ja, Ja...</w:t>
      </w:r>
    </w:p>
    <w:p>
      <w:pPr>
        <w:spacing w:before="360"/>
        <w:jc w:val="right"/>
      </w:pPr>
      <w:r>
        <w:t>4 de Abril de 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