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XXX</w:t>
      </w:r>
    </w:p>
    <w:p>
      <w:pPr>
        <w:spacing w:after="0" w:line="240" w:lineRule="auto"/>
      </w:pPr>
      <w:r>
        <w:t>Yo fui soledad</w:t>
      </w:r>
    </w:p>
    <w:p>
      <w:pPr>
        <w:spacing w:after="0" w:line="240" w:lineRule="auto"/>
      </w:pPr>
      <w:r>
        <w:t>y quería ser soledad.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corazón</w:t>
      </w:r>
    </w:p>
    <w:p>
      <w:pPr>
        <w:spacing w:after="0" w:line="240" w:lineRule="auto"/>
      </w:pPr>
      <w:r>
        <w:t>existía en sí mismo</w:t>
      </w:r>
    </w:p>
    <w:p>
      <w:pPr>
        <w:spacing w:after="0" w:line="240" w:lineRule="auto"/>
      </w:pPr>
      <w:r>
        <w:t>sólo para él.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ojos</w:t>
      </w:r>
    </w:p>
    <w:p>
      <w:pPr>
        <w:spacing w:after="0" w:line="240" w:lineRule="auto"/>
      </w:pPr>
      <w:r>
        <w:t>hacían eco</w:t>
      </w:r>
    </w:p>
    <w:p>
      <w:pPr>
        <w:spacing w:after="0" w:line="240" w:lineRule="auto"/>
      </w:pPr>
      <w:r>
        <w:t>en otros soles</w:t>
      </w:r>
    </w:p>
    <w:p>
      <w:pPr>
        <w:spacing w:after="0" w:line="240" w:lineRule="auto"/>
      </w:pPr>
      <w:r>
        <w:t>en otros ojos</w:t>
      </w:r>
    </w:p>
    <w:p>
      <w:pPr>
        <w:spacing w:after="0" w:line="240" w:lineRule="auto"/>
      </w:pPr>
      <w:r>
        <w:t>y en Dios.</w:t>
      </w:r>
    </w:p>
    <w:p>
      <w:pPr>
        <w:spacing w:after="0" w:line="240" w:lineRule="auto"/>
      </w:pPr>
      <w:r>
        <w:t>Mi mirar</w:t>
      </w:r>
    </w:p>
    <w:p>
      <w:pPr>
        <w:spacing w:after="0" w:line="240" w:lineRule="auto"/>
      </w:pPr>
      <w:r>
        <w:t>con el eco regresaba [tachado/ilegible]</w:t>
      </w:r>
    </w:p>
    <w:p>
      <w:pPr>
        <w:spacing w:after="0" w:line="240" w:lineRule="auto"/>
      </w:pPr>
      <w:r>
        <w:t>a sí mismo.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Tú.</w:t>
      </w:r>
    </w:p>
    <w:p>
      <w:pPr>
        <w:spacing w:after="0" w:line="240" w:lineRule="auto"/>
      </w:pPr>
      <w:r>
        <w:t>Mis ojos en los tuyos</w:t>
      </w:r>
    </w:p>
    <w:p>
      <w:pPr>
        <w:spacing w:after="0" w:line="240" w:lineRule="auto"/>
      </w:pPr>
      <w:r>
        <w:t>sin regreso</w:t>
      </w:r>
    </w:p>
    <w:p>
      <w:pPr>
        <w:spacing w:after="0" w:line="240" w:lineRule="auto"/>
      </w:pPr>
      <w:r>
        <w:t>sin ecos.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Quise creer</w:t>
      </w:r>
    </w:p>
    <w:p>
      <w:pPr>
        <w:spacing w:after="0" w:line="240" w:lineRule="auto"/>
      </w:pPr>
      <w:r>
        <w:t>que sentirías</w:t>
      </w:r>
    </w:p>
    <w:p>
      <w:pPr>
        <w:spacing w:after="0" w:line="240" w:lineRule="auto"/>
      </w:pPr>
      <w:r>
        <w:t>el frío del infinito</w:t>
      </w:r>
    </w:p>
    <w:p>
      <w:pPr>
        <w:spacing w:after="0" w:line="240" w:lineRule="auto"/>
      </w:pPr>
      <w:r>
        <w:t>que sentirías mi corazón</w:t>
      </w:r>
    </w:p>
    <w:p>
      <w:pPr>
        <w:spacing w:after="0" w:line="240" w:lineRule="auto"/>
      </w:pPr>
      <w:r>
        <w:t>con la sangre</w:t>
      </w:r>
    </w:p>
    <w:p>
      <w:pPr>
        <w:spacing w:after="0" w:line="240" w:lineRule="auto"/>
      </w:pPr>
      <w:r>
        <w:t>coagulada por el tiempo.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Quise creer</w:t>
      </w:r>
    </w:p>
    <w:p>
      <w:pPr>
        <w:spacing w:after="0" w:line="240" w:lineRule="auto"/>
      </w:pPr>
      <w:r>
        <w:t>que me querías.</w:t>
      </w:r>
    </w:p>
    <w:p>
      <w:pPr>
        <w:spacing w:before="360"/>
        <w:jc w:val="right"/>
      </w:pPr>
      <w:r>
        <w:t>1964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