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0" w:line="240" w:lineRule="auto"/>
      </w:pPr>
      <w:r>
        <w:rPr>
          <w:b/>
        </w:rPr>
        <w:t>La música</w:t>
      </w:r>
    </w:p>
    <w:p>
      <w:pPr>
        <w:spacing w:after="0" w:line="240" w:lineRule="auto"/>
      </w:pPr>
      <w:r>
        <w:t>son las alas de mis sueños.</w:t>
      </w:r>
    </w:p>
    <w:p>
      <w:pPr>
        <w:spacing w:after="0" w:line="240" w:lineRule="auto"/>
      </w:pPr>
      <w:r/>
    </w:p>
    <w:p>
      <w:pPr>
        <w:spacing w:after="0" w:line="240" w:lineRule="auto"/>
      </w:pPr>
      <w:r>
        <w:t>Mis dibujos</w:t>
      </w:r>
    </w:p>
    <w:p>
      <w:pPr>
        <w:spacing w:after="0" w:line="240" w:lineRule="auto"/>
      </w:pPr>
      <w:r>
        <w:t>son siempre caras</w:t>
      </w:r>
    </w:p>
    <w:p>
      <w:pPr>
        <w:spacing w:after="0" w:line="240" w:lineRule="auto"/>
      </w:pPr>
      <w:r>
        <w:t>con ojos de sangre</w:t>
      </w:r>
    </w:p>
    <w:p>
      <w:pPr>
        <w:spacing w:after="0" w:line="240" w:lineRule="auto"/>
      </w:pPr>
      <w:r>
        <w:t>con rasgos multiplicados.</w:t>
      </w:r>
    </w:p>
    <w:p>
      <w:pPr>
        <w:spacing w:after="0" w:line="240" w:lineRule="auto"/>
      </w:pPr>
      <w:r>
        <w:t>Todas las caras son una; la mía.</w:t>
      </w:r>
    </w:p>
    <w:p>
      <w:pPr>
        <w:spacing w:after="0" w:line="240" w:lineRule="auto"/>
      </w:pPr>
      <w:r>
        <w:t>En ellas se repite</w:t>
      </w:r>
    </w:p>
    <w:p>
      <w:pPr>
        <w:spacing w:after="0" w:line="240" w:lineRule="auto"/>
      </w:pPr>
      <w:r>
        <w:t>la boca de piedra (que sangra)</w:t>
      </w:r>
    </w:p>
    <w:p>
      <w:pPr>
        <w:spacing w:after="0" w:line="240" w:lineRule="auto"/>
      </w:pPr>
      <w:r>
        <w:t>y los ojos con lágrimas.</w:t>
      </w:r>
    </w:p>
    <w:p>
      <w:pPr>
        <w:spacing w:after="0" w:line="240" w:lineRule="auto"/>
      </w:pPr>
      <w:r/>
    </w:p>
    <w:p>
      <w:pPr>
        <w:spacing w:after="0" w:line="240" w:lineRule="auto"/>
      </w:pPr>
      <w:r>
        <w:t>Mis letras [tramo tachado ilegible]</w:t>
      </w:r>
    </w:p>
    <w:p>
      <w:pPr>
        <w:spacing w:after="0" w:line="240" w:lineRule="auto"/>
      </w:pPr>
      <w:r>
        <w:t>hablan de mi angustia</w:t>
      </w:r>
    </w:p>
    <w:p>
      <w:pPr>
        <w:spacing w:after="0" w:line="240" w:lineRule="auto"/>
      </w:pPr>
      <w:r>
        <w:t>(siempre repiten lo mismo)</w:t>
      </w:r>
    </w:p>
    <w:p>
      <w:pPr>
        <w:spacing w:after="0" w:line="240" w:lineRule="auto"/>
      </w:pPr>
      <w:r>
        <w:t>Hablan</w:t>
      </w:r>
    </w:p>
    <w:p>
      <w:pPr>
        <w:spacing w:after="0" w:line="240" w:lineRule="auto"/>
      </w:pPr>
      <w:r>
        <w:t>de mi muerte segura</w:t>
      </w:r>
    </w:p>
    <w:p>
      <w:pPr>
        <w:spacing w:after="0" w:line="240" w:lineRule="auto"/>
      </w:pPr>
      <w:r>
        <w:t>del infinito mareante</w:t>
      </w:r>
    </w:p>
    <w:p>
      <w:pPr>
        <w:spacing w:after="0" w:line="240" w:lineRule="auto"/>
      </w:pPr>
      <w:r>
        <w:t>y del amor:</w:t>
      </w:r>
    </w:p>
    <w:p>
      <w:pPr>
        <w:spacing w:after="0" w:line="240" w:lineRule="auto"/>
      </w:pPr>
      <w:r>
        <w:t>que digo que es una droga</w:t>
      </w:r>
    </w:p>
    <w:p>
      <w:pPr>
        <w:spacing w:after="0" w:line="240" w:lineRule="auto"/>
      </w:pPr>
      <w:r>
        <w:t>y deseo y pienso que es “la verdad”</w:t>
      </w:r>
    </w:p>
    <w:p>
      <w:pPr>
        <w:spacing w:after="0" w:line="240" w:lineRule="auto"/>
      </w:pPr>
      <w:r>
        <w:t>tremendamente idealista</w:t>
      </w:r>
    </w:p>
    <w:p>
      <w:pPr>
        <w:spacing w:after="0" w:line="240" w:lineRule="auto"/>
      </w:pPr>
      <w:r>
        <w:t>tremendamente real.</w:t>
      </w:r>
    </w:p>
    <w:p>
      <w:pPr>
        <w:spacing w:before="360"/>
        <w:jc w:val="right"/>
      </w:pPr>
      <w:r>
        <w:t>19/6/1965</w:t>
      </w:r>
    </w:p>
    <w:sectPr w:rsidR="00FC693F" w:rsidRPr="0006063C" w:rsidSect="00034616">
      <w:pgSz w:w="12240" w:h="15840"/>
      <w:pgMar w:top="1152" w:right="1800" w:bottom="1152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Arial" w:hAnsi="Arial" w:eastAsia="Arial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