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Me muero</w:t>
      </w:r>
    </w:p>
    <w:p>
      <w:pPr>
        <w:spacing w:after="0" w:line="240" w:lineRule="auto"/>
      </w:pPr>
      <w:r>
        <w:t>y no estás conmigo.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Voy a besar el aire</w:t>
      </w:r>
    </w:p>
    <w:p>
      <w:pPr>
        <w:spacing w:after="0" w:line="240" w:lineRule="auto"/>
      </w:pPr>
      <w:r>
        <w:t>para que luego</w:t>
      </w:r>
    </w:p>
    <w:p>
      <w:pPr>
        <w:spacing w:after="0" w:line="240" w:lineRule="auto"/>
      </w:pPr>
      <w:r>
        <w:t>en mi ausencia</w:t>
      </w:r>
    </w:p>
    <w:p>
      <w:pPr>
        <w:spacing w:after="0" w:line="240" w:lineRule="auto"/>
      </w:pPr>
      <w:r>
        <w:t>te bese a ti.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No pienses</w:t>
      </w:r>
    </w:p>
    <w:p>
      <w:pPr>
        <w:spacing w:after="0" w:line="240" w:lineRule="auto"/>
      </w:pPr>
      <w:r>
        <w:t>que es el aire</w:t>
      </w:r>
    </w:p>
    <w:p>
      <w:pPr>
        <w:spacing w:after="0" w:line="240" w:lineRule="auto"/>
      </w:pPr>
      <w:r>
        <w:t>soy yo</w:t>
      </w:r>
    </w:p>
    <w:p>
      <w:pPr>
        <w:spacing w:after="0" w:line="240" w:lineRule="auto"/>
      </w:pPr>
      <w:r>
        <w:t>enteramente yo.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Fugaz y helado</w:t>
      </w:r>
    </w:p>
    <w:p>
      <w:pPr>
        <w:spacing w:after="0" w:line="240" w:lineRule="auto"/>
      </w:pPr>
      <w:r>
        <w:t>ingresará en tu cuerpo</w:t>
      </w:r>
    </w:p>
    <w:p>
      <w:pPr>
        <w:spacing w:after="0" w:line="240" w:lineRule="auto"/>
      </w:pPr>
      <w:r>
        <w:t>como quisiera entrar yo;</w:t>
      </w:r>
    </w:p>
    <w:p>
      <w:pPr>
        <w:spacing w:after="0" w:line="240" w:lineRule="auto"/>
      </w:pPr>
      <w:r>
        <w:t>multiplicado y total.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Ya mis labios se abren</w:t>
      </w:r>
    </w:p>
    <w:p>
      <w:pPr>
        <w:spacing w:after="0" w:line="240" w:lineRule="auto"/>
      </w:pPr>
      <w:r>
        <w:t>para no cerrarse jamás</w:t>
      </w:r>
    </w:p>
    <w:p>
      <w:pPr>
        <w:spacing w:after="0" w:line="240" w:lineRule="auto"/>
      </w:pPr>
      <w:r>
        <w:t>para comenzarte a besar.</w:t>
      </w:r>
    </w:p>
    <w:p>
      <w:pPr>
        <w:spacing w:before="360"/>
        <w:jc w:val="right"/>
      </w:pPr>
      <w:r>
        <w:t>1/8/1965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