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Hoy escuché mi llanto</w:t>
      </w:r>
    </w:p>
    <w:p>
      <w:pPr>
        <w:spacing w:after="0" w:line="240" w:lineRule="auto"/>
      </w:pPr>
      <w:r>
        <w:t>con tantos tonos</w:t>
      </w:r>
    </w:p>
    <w:p>
      <w:pPr>
        <w:spacing w:after="0" w:line="240" w:lineRule="auto"/>
      </w:pPr>
      <w:r>
        <w:t>que quisiera conservar alguno.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Hoy me siento, no, ni siquiera me siento.</w:t>
      </w:r>
    </w:p>
    <w:p>
      <w:pPr>
        <w:spacing w:after="0" w:line="240" w:lineRule="auto"/>
      </w:pPr>
      <w:r>
        <w:t>Quisiera besar unos labios.</w:t>
      </w:r>
    </w:p>
    <w:p>
      <w:pPr>
        <w:spacing w:after="0" w:line="240" w:lineRule="auto"/>
      </w:pPr>
      <w:r>
        <w:t>Escribo, pero quisiera escribir sangre.</w:t>
      </w:r>
    </w:p>
    <w:p>
      <w:pPr>
        <w:spacing w:after="0" w:line="240" w:lineRule="auto"/>
      </w:pPr>
      <w:r>
        <w:t>Toda mi sangre junto con la de mi padre.</w:t>
      </w:r>
    </w:p>
    <w:p>
      <w:pPr>
        <w:spacing w:after="0" w:line="240" w:lineRule="auto"/>
      </w:pPr>
      <w:r>
        <w:t>Cómo me costó escribir padre, cómo cuesta</w:t>
      </w:r>
    </w:p>
    <w:p>
      <w:pPr>
        <w:spacing w:after="0" w:line="240" w:lineRule="auto"/>
      </w:pPr>
      <w:r>
        <w:t>decir padre.</w:t>
      </w:r>
    </w:p>
    <w:p>
      <w:pPr>
        <w:spacing w:after="0" w:line="240" w:lineRule="auto"/>
      </w:pPr>
      <w:r>
        <w:t>Tengo miedo de nombrar algo demasiado sagrado</w:t>
      </w:r>
    </w:p>
    <w:p>
      <w:pPr>
        <w:spacing w:after="0" w:line="240" w:lineRule="auto"/>
      </w:pPr>
      <w:r>
        <w:t>para mi boca y para mis letras.</w:t>
      </w:r>
    </w:p>
    <w:p>
      <w:pPr>
        <w:spacing w:after="0" w:line="240" w:lineRule="auto"/>
      </w:pPr>
      <w:r>
        <w:t>Quisiera arañar mi rostro hasta que ya no fuera mío.</w:t>
      </w:r>
    </w:p>
    <w:p>
      <w:pPr>
        <w:spacing w:after="0" w:line="240" w:lineRule="auto"/>
      </w:pPr>
      <w:r>
        <w:t>Con una palabra el mundo está en este papel</w:t>
      </w:r>
    </w:p>
    <w:p>
      <w:pPr>
        <w:spacing w:after="0" w:line="240" w:lineRule="auto"/>
      </w:pPr>
      <w:r>
        <w:t>y con un sollozo el mundo gira al revés.</w:t>
      </w:r>
    </w:p>
    <w:p>
      <w:pPr>
        <w:spacing w:before="360"/>
        <w:jc w:val="right"/>
      </w:pPr>
      <w:r>
        <w:t>26-XII-64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