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AUNQUE ESTE SEA EL ÚLTIMO DOLOR QUE ELLA ME CAUSE</w:t>
      </w:r>
    </w:p>
    <w:p>
      <w:pPr>
        <w:spacing w:after="0" w:line="240" w:lineRule="auto"/>
      </w:pPr>
      <w:r>
        <w:t>Y ESTOS SEAN LOS ÚLTIMOS VERSOS QUE YO LE ESCRIBO.</w:t>
      </w:r>
    </w:p>
    <w:p>
      <w:pPr>
        <w:spacing w:after="0" w:line="240" w:lineRule="auto"/>
      </w:pPr>
      <w:r>
        <w:t>PABLO NERUDA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Lo escribo [tachado]</w:t>
      </w:r>
    </w:p>
    <w:p>
      <w:pPr>
        <w:spacing w:after="0" w:line="240" w:lineRule="auto"/>
      </w:pPr>
      <w:r>
        <w:t>estos últimos versos</w:t>
      </w:r>
    </w:p>
    <w:p>
      <w:pPr>
        <w:spacing w:after="0" w:line="240" w:lineRule="auto"/>
      </w:pPr>
      <w:r>
        <w:t>porque la quise.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En las letras de mis versos</w:t>
      </w:r>
    </w:p>
    <w:p>
      <w:pPr>
        <w:spacing w:after="0" w:line="240" w:lineRule="auto"/>
      </w:pPr>
      <w:r>
        <w:t>(de ayer)</w:t>
      </w:r>
    </w:p>
    <w:p>
      <w:pPr>
        <w:spacing w:after="0" w:line="240" w:lineRule="auto"/>
      </w:pPr>
      <w:r>
        <w:t>estaba mi amor</w:t>
      </w:r>
    </w:p>
    <w:p>
      <w:pPr>
        <w:spacing w:after="0" w:line="240" w:lineRule="auto"/>
      </w:pPr>
      <w:r>
        <w:t>y hubiera querido</w:t>
      </w:r>
    </w:p>
    <w:p>
      <w:pPr>
        <w:spacing w:after="0" w:line="240" w:lineRule="auto"/>
      </w:pPr>
      <w:r>
        <w:t>que estuviese el sol.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Hoy quisiera</w:t>
      </w:r>
    </w:p>
    <w:p>
      <w:pPr>
        <w:spacing w:after="0" w:line="240" w:lineRule="auto"/>
      </w:pPr>
      <w:r>
        <w:t>que cada letra fuese una lágrima</w:t>
      </w:r>
    </w:p>
    <w:p>
      <w:pPr>
        <w:spacing w:after="0" w:line="240" w:lineRule="auto"/>
      </w:pPr>
      <w:r>
        <w:t>y cada verso un dolor.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amor</w:t>
      </w:r>
    </w:p>
    <w:p>
      <w:pPr>
        <w:spacing w:after="0" w:line="240" w:lineRule="auto"/>
      </w:pPr>
      <w:r>
        <w:t>era el [tachado] total:</w:t>
      </w:r>
    </w:p>
    <w:p>
      <w:pPr>
        <w:spacing w:after="0" w:line="240" w:lineRule="auto"/>
      </w:pPr>
      <w:r>
        <w:t>de mi sangre y mi piel</w:t>
      </w:r>
    </w:p>
    <w:p>
      <w:pPr>
        <w:spacing w:after="0" w:line="240" w:lineRule="auto"/>
      </w:pPr>
      <w:r>
        <w:t>de hoy y de mi vejez.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Mi amor; fugaz sol.</w:t>
      </w:r>
    </w:p>
    <w:p>
      <w:pPr>
        <w:spacing w:after="0" w:line="240" w:lineRule="auto"/>
      </w:pPr>
      <w:r>
        <w:t>Mi olvido; sombras</w:t>
      </w:r>
    </w:p>
    <w:p>
      <w:pPr>
        <w:spacing w:after="0" w:line="240" w:lineRule="auto"/>
      </w:pPr>
      <w:r>
        <w:t>que se suceden incesantes</w:t>
      </w:r>
    </w:p>
    <w:p>
      <w:pPr>
        <w:spacing w:after="0" w:line="240" w:lineRule="auto"/>
      </w:pPr>
      <w:r>
        <w:t>sombras de ayer</w:t>
      </w:r>
    </w:p>
    <w:p>
      <w:pPr>
        <w:spacing w:after="0" w:line="240" w:lineRule="auto"/>
      </w:pPr>
      <w:r>
        <w:t>sombras incesantes.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Le escribo</w:t>
      </w:r>
    </w:p>
    <w:p>
      <w:pPr>
        <w:spacing w:after="0" w:line="240" w:lineRule="auto"/>
      </w:pPr>
      <w:r>
        <w:t>un adiós</w:t>
      </w:r>
    </w:p>
    <w:p>
      <w:pPr>
        <w:spacing w:after="0" w:line="240" w:lineRule="auto"/>
      </w:pPr>
      <w:r>
        <w:t>que sé que es nunca.</w:t>
      </w:r>
    </w:p>
    <w:p>
      <w:pPr>
        <w:spacing w:after="0" w:line="240" w:lineRule="auto"/>
      </w:pPr>
      <w:r>
        <w:t>Le escribo</w:t>
      </w:r>
    </w:p>
    <w:p>
      <w:pPr>
        <w:spacing w:after="0" w:line="240" w:lineRule="auto"/>
      </w:pPr>
      <w:r>
        <w:t>un sollozo</w:t>
      </w:r>
    </w:p>
    <w:p>
      <w:pPr>
        <w:spacing w:after="0" w:line="240" w:lineRule="auto"/>
      </w:pPr>
      <w:r>
        <w:t>que sé que es siempre.</w:t>
      </w:r>
    </w:p>
    <w:p>
      <w:pPr>
        <w:spacing w:before="360"/>
        <w:jc w:val="right"/>
      </w:pPr>
      <w:r>
        <w:t>1-VIII-64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